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A610" w14:textId="77777777" w:rsidR="00377271" w:rsidRDefault="00000000">
      <w:pPr>
        <w:jc w:val="center"/>
      </w:pPr>
      <w:r>
        <w:rPr>
          <w:b/>
          <w:color w:val="C8102E"/>
          <w:sz w:val="56"/>
        </w:rPr>
        <w:t>USY JUDO</w:t>
      </w:r>
      <w:r>
        <w:rPr>
          <w:b/>
          <w:color w:val="C8102E"/>
          <w:sz w:val="56"/>
        </w:rPr>
        <w:br/>
      </w:r>
      <w:r>
        <w:rPr>
          <w:sz w:val="36"/>
        </w:rPr>
        <w:t>Guide d'inscription</w:t>
      </w:r>
      <w:r>
        <w:rPr>
          <w:sz w:val="36"/>
        </w:rPr>
        <w:br/>
        <w:t>Saison 2026-2027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253E8D" w14:paraId="024BBBF0" w14:textId="77777777" w:rsidTr="00253E8D">
        <w:trPr>
          <w:jc w:val="center"/>
        </w:trPr>
        <w:tc>
          <w:tcPr>
            <w:tcW w:w="10800" w:type="dxa"/>
            <w:shd w:val="clear" w:color="auto" w:fill="FDE9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53EE" w14:textId="005274B9" w:rsidR="00253E8D" w:rsidRDefault="00253E8D" w:rsidP="00253E8D">
            <w:pPr>
              <w:jc w:val="center"/>
              <w:rPr>
                <w:kern w:val="2"/>
                <w:lang w:val="fr-FR" w:eastAsia="fr-FR"/>
                <w14:ligatures w14:val="standardContextual"/>
              </w:rPr>
            </w:pPr>
            <w:r>
              <w:rPr>
                <w:b/>
                <w:bCs/>
                <w:color w:val="C8102E"/>
              </w:rPr>
              <w:t>RIB / Virement</w:t>
            </w:r>
            <w:r>
              <w:br/>
              <w:t xml:space="preserve">Pour </w:t>
            </w:r>
            <w:proofErr w:type="spellStart"/>
            <w:r>
              <w:t>régler</w:t>
            </w:r>
            <w:proofErr w:type="spellEnd"/>
            <w:r>
              <w:t xml:space="preserve"> par virement, </w:t>
            </w:r>
            <w:proofErr w:type="spellStart"/>
            <w:r>
              <w:t>utilisez</w:t>
            </w:r>
            <w:proofErr w:type="spellEnd"/>
            <w:r>
              <w:t xml:space="preserve"> le code </w:t>
            </w:r>
            <w:proofErr w:type="spellStart"/>
            <w:proofErr w:type="gramStart"/>
            <w:r>
              <w:t>HelloAsso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RIB</w:t>
            </w:r>
            <w:r>
              <w:t>.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3BBDD41" wp14:editId="4923DFED">
                  <wp:extent cx="5303520" cy="27254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20" cy="272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DB9626" w14:textId="77777777" w:rsidR="00253E8D" w:rsidRDefault="00253E8D">
      <w:pPr>
        <w:rPr>
          <w:kern w:val="2"/>
          <w:lang w:val="fr-FR" w:eastAsia="fr-FR"/>
          <w14:ligatures w14:val="standardContextual"/>
        </w:rPr>
      </w:pPr>
    </w:p>
    <w:p w14:paraId="071D8F74" w14:textId="77777777" w:rsidR="00377271" w:rsidRDefault="0037727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377271" w14:paraId="06CFFD60" w14:textId="77777777">
        <w:trPr>
          <w:jc w:val="center"/>
        </w:trPr>
        <w:tc>
          <w:tcPr>
            <w:tcW w:w="10800" w:type="dxa"/>
            <w:shd w:val="clear" w:color="auto" w:fill="C8102E"/>
          </w:tcPr>
          <w:p w14:paraId="14150E3D" w14:textId="77777777" w:rsidR="00377271" w:rsidRDefault="00000000">
            <w:pPr>
              <w:jc w:val="center"/>
            </w:pPr>
            <w:r>
              <w:rPr>
                <w:b/>
                <w:color w:val="FFFFFF"/>
                <w:sz w:val="36"/>
              </w:rPr>
              <w:t>Bienvenue !</w:t>
            </w:r>
          </w:p>
        </w:tc>
      </w:tr>
    </w:tbl>
    <w:p w14:paraId="0F13BFDE" w14:textId="77777777" w:rsidR="00253E8D" w:rsidRDefault="00253E8D"/>
    <w:p w14:paraId="7437FCBA" w14:textId="31546E2F" w:rsidR="00377271" w:rsidRDefault="00000000">
      <w:r>
        <w:t xml:space="preserve">Ce guide </w:t>
      </w:r>
      <w:proofErr w:type="spellStart"/>
      <w:r>
        <w:t>rassemble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</w:t>
      </w:r>
      <w:proofErr w:type="gramStart"/>
      <w:r>
        <w:t>informations</w:t>
      </w:r>
      <w:proofErr w:type="gramEnd"/>
      <w:r>
        <w:t xml:space="preserve"> utiles pour préparer votre </w:t>
      </w:r>
      <w:proofErr w:type="gramStart"/>
      <w:r>
        <w:t>inscription :</w:t>
      </w:r>
      <w:proofErr w:type="gramEnd"/>
      <w:r>
        <w:t xml:space="preserve"> inscription, paiements, réductions, horaires, tarifs, aides et contacts.</w:t>
      </w:r>
    </w:p>
    <w:p w14:paraId="22E755E5" w14:textId="77777777" w:rsidR="00377271" w:rsidRDefault="00000000">
      <w:pPr>
        <w:pStyle w:val="Titre1"/>
      </w:pPr>
      <w:r>
        <w:rPr>
          <w:color w:val="C8102E"/>
        </w:rPr>
        <w:t>1. S'inscrire</w:t>
      </w:r>
    </w:p>
    <w:p w14:paraId="1FD70271" w14:textId="77777777" w:rsidR="00377271" w:rsidRDefault="00000000">
      <w:r>
        <w:t>Les inscriptions sont ouvertes. Nous vous invitons à privilégier l'inscription en ligne via HelloAsso.</w:t>
      </w:r>
    </w:p>
    <w:p w14:paraId="16857122" w14:textId="77777777" w:rsidR="00377271" w:rsidRDefault="00000000">
      <w:r>
        <w:t>Lien HelloAsso : https://www.helloasso.com/associations/union-sportive-des-yvelines-section-judo/adhesions/usy-judo-saison-2026-2027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377271" w14:paraId="1B369DCE" w14:textId="77777777">
        <w:tc>
          <w:tcPr>
            <w:tcW w:w="10800" w:type="dxa"/>
            <w:shd w:val="clear" w:color="auto" w:fill="FFF2CC"/>
          </w:tcPr>
          <w:p w14:paraId="1851F527" w14:textId="77777777" w:rsidR="00377271" w:rsidRDefault="00000000">
            <w:r>
              <w:t>⚠ Le groupe Baby Judo est limité aux 12 premiers inscrits.</w:t>
            </w:r>
          </w:p>
        </w:tc>
      </w:tr>
    </w:tbl>
    <w:p w14:paraId="1950AA00" w14:textId="77777777" w:rsidR="00377271" w:rsidRDefault="00000000">
      <w:pPr>
        <w:pStyle w:val="Titre1"/>
      </w:pPr>
      <w:r>
        <w:rPr>
          <w:color w:val="C8102E"/>
        </w:rPr>
        <w:t>2. Codes HelloAsso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377271" w14:paraId="17742BE8" w14:textId="77777777">
        <w:trPr>
          <w:jc w:val="center"/>
        </w:trPr>
        <w:tc>
          <w:tcPr>
            <w:tcW w:w="5400" w:type="dxa"/>
            <w:shd w:val="clear" w:color="auto" w:fill="C8102E"/>
          </w:tcPr>
          <w:p w14:paraId="46968463" w14:textId="77777777" w:rsidR="00377271" w:rsidRDefault="00000000">
            <w:r>
              <w:rPr>
                <w:b/>
                <w:color w:val="FFFFFF"/>
              </w:rPr>
              <w:t>Situation</w:t>
            </w:r>
          </w:p>
        </w:tc>
        <w:tc>
          <w:tcPr>
            <w:tcW w:w="5400" w:type="dxa"/>
            <w:shd w:val="clear" w:color="auto" w:fill="C8102E"/>
          </w:tcPr>
          <w:p w14:paraId="1761A142" w14:textId="77777777" w:rsidR="00377271" w:rsidRDefault="00000000">
            <w:r>
              <w:rPr>
                <w:b/>
                <w:color w:val="FFFFFF"/>
              </w:rPr>
              <w:t>Code</w:t>
            </w:r>
          </w:p>
        </w:tc>
      </w:tr>
      <w:tr w:rsidR="00377271" w14:paraId="4F565155" w14:textId="77777777">
        <w:trPr>
          <w:jc w:val="center"/>
        </w:trPr>
        <w:tc>
          <w:tcPr>
            <w:tcW w:w="5400" w:type="dxa"/>
          </w:tcPr>
          <w:p w14:paraId="5EC52F55" w14:textId="77777777" w:rsidR="00377271" w:rsidRDefault="00000000">
            <w:r>
              <w:t>Chèque</w:t>
            </w:r>
          </w:p>
        </w:tc>
        <w:tc>
          <w:tcPr>
            <w:tcW w:w="5400" w:type="dxa"/>
          </w:tcPr>
          <w:p w14:paraId="4DB5B7BB" w14:textId="77777777" w:rsidR="00377271" w:rsidRDefault="00000000">
            <w:r>
              <w:t>CHEQUE</w:t>
            </w:r>
          </w:p>
        </w:tc>
      </w:tr>
      <w:tr w:rsidR="00377271" w14:paraId="536A37EB" w14:textId="77777777">
        <w:trPr>
          <w:jc w:val="center"/>
        </w:trPr>
        <w:tc>
          <w:tcPr>
            <w:tcW w:w="5400" w:type="dxa"/>
          </w:tcPr>
          <w:p w14:paraId="3D7AFFE6" w14:textId="77777777" w:rsidR="00377271" w:rsidRDefault="00000000">
            <w:r>
              <w:t>Virement</w:t>
            </w:r>
          </w:p>
        </w:tc>
        <w:tc>
          <w:tcPr>
            <w:tcW w:w="5400" w:type="dxa"/>
          </w:tcPr>
          <w:p w14:paraId="32B7E21D" w14:textId="77777777" w:rsidR="00377271" w:rsidRDefault="00000000">
            <w:r>
              <w:t>RIB</w:t>
            </w:r>
          </w:p>
        </w:tc>
      </w:tr>
      <w:tr w:rsidR="00377271" w14:paraId="71AA321E" w14:textId="77777777">
        <w:trPr>
          <w:jc w:val="center"/>
        </w:trPr>
        <w:tc>
          <w:tcPr>
            <w:tcW w:w="5400" w:type="dxa"/>
          </w:tcPr>
          <w:p w14:paraId="2CF013DB" w14:textId="77777777" w:rsidR="00377271" w:rsidRDefault="00000000">
            <w:r>
              <w:t>LABAZ</w:t>
            </w:r>
          </w:p>
        </w:tc>
        <w:tc>
          <w:tcPr>
            <w:tcW w:w="5400" w:type="dxa"/>
          </w:tcPr>
          <w:p w14:paraId="1136781A" w14:textId="77777777" w:rsidR="00377271" w:rsidRDefault="00000000">
            <w:r>
              <w:t>LABAZ</w:t>
            </w:r>
          </w:p>
        </w:tc>
      </w:tr>
      <w:tr w:rsidR="00377271" w14:paraId="1C075333" w14:textId="77777777">
        <w:trPr>
          <w:jc w:val="center"/>
        </w:trPr>
        <w:tc>
          <w:tcPr>
            <w:tcW w:w="5400" w:type="dxa"/>
          </w:tcPr>
          <w:p w14:paraId="29519D57" w14:textId="77777777" w:rsidR="00377271" w:rsidRDefault="00000000">
            <w:r>
              <w:t>PASS+</w:t>
            </w:r>
          </w:p>
        </w:tc>
        <w:tc>
          <w:tcPr>
            <w:tcW w:w="5400" w:type="dxa"/>
          </w:tcPr>
          <w:p w14:paraId="3B0DD092" w14:textId="77777777" w:rsidR="00377271" w:rsidRDefault="00000000">
            <w:r>
              <w:t>PASS+</w:t>
            </w:r>
          </w:p>
        </w:tc>
      </w:tr>
      <w:tr w:rsidR="00377271" w14:paraId="465B4080" w14:textId="77777777">
        <w:trPr>
          <w:jc w:val="center"/>
        </w:trPr>
        <w:tc>
          <w:tcPr>
            <w:tcW w:w="5400" w:type="dxa"/>
          </w:tcPr>
          <w:p w14:paraId="600F7D0E" w14:textId="77777777" w:rsidR="00377271" w:rsidRDefault="00000000">
            <w:r>
              <w:t>Pass'Sport</w:t>
            </w:r>
          </w:p>
        </w:tc>
        <w:tc>
          <w:tcPr>
            <w:tcW w:w="5400" w:type="dxa"/>
          </w:tcPr>
          <w:p w14:paraId="4D3D5E66" w14:textId="77777777" w:rsidR="00377271" w:rsidRDefault="00000000">
            <w:r>
              <w:t>PASS'SPORT</w:t>
            </w:r>
          </w:p>
        </w:tc>
      </w:tr>
    </w:tbl>
    <w:p w14:paraId="35C65959" w14:textId="77777777" w:rsidR="00377271" w:rsidRDefault="00000000">
      <w:pPr>
        <w:pStyle w:val="Titre2"/>
      </w:pPr>
      <w:r>
        <w:rPr>
          <w:color w:val="C8102E"/>
        </w:rPr>
        <w:t>Réduction famille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377271" w14:paraId="6BF0BB53" w14:textId="77777777" w:rsidTr="00253E8D">
        <w:trPr>
          <w:jc w:val="center"/>
        </w:trPr>
        <w:tc>
          <w:tcPr>
            <w:tcW w:w="5400" w:type="dxa"/>
            <w:shd w:val="clear" w:color="auto" w:fill="C8102E"/>
          </w:tcPr>
          <w:p w14:paraId="155E85EC" w14:textId="77777777" w:rsidR="00377271" w:rsidRDefault="00000000">
            <w:proofErr w:type="spellStart"/>
            <w:r>
              <w:rPr>
                <w:color w:val="FFFFFF"/>
              </w:rPr>
              <w:t>Adhérents</w:t>
            </w:r>
            <w:proofErr w:type="spellEnd"/>
          </w:p>
        </w:tc>
        <w:tc>
          <w:tcPr>
            <w:tcW w:w="5400" w:type="dxa"/>
            <w:shd w:val="clear" w:color="auto" w:fill="C8102E"/>
          </w:tcPr>
          <w:p w14:paraId="6644795C" w14:textId="77777777" w:rsidR="00377271" w:rsidRDefault="00000000">
            <w:r>
              <w:rPr>
                <w:color w:val="FFFFFF"/>
              </w:rPr>
              <w:t>Cotisation</w:t>
            </w:r>
          </w:p>
        </w:tc>
      </w:tr>
      <w:tr w:rsidR="00377271" w14:paraId="1395EB8C" w14:textId="77777777" w:rsidTr="00253E8D">
        <w:trPr>
          <w:jc w:val="center"/>
        </w:trPr>
        <w:tc>
          <w:tcPr>
            <w:tcW w:w="5400" w:type="dxa"/>
          </w:tcPr>
          <w:p w14:paraId="0D4F577E" w14:textId="77777777" w:rsidR="00377271" w:rsidRDefault="00000000">
            <w:r>
              <w:t>1</w:t>
            </w:r>
          </w:p>
        </w:tc>
        <w:tc>
          <w:tcPr>
            <w:tcW w:w="5400" w:type="dxa"/>
          </w:tcPr>
          <w:p w14:paraId="37DC2576" w14:textId="77777777" w:rsidR="00377271" w:rsidRDefault="00000000">
            <w:r>
              <w:t>250 €</w:t>
            </w:r>
          </w:p>
        </w:tc>
      </w:tr>
      <w:tr w:rsidR="00377271" w14:paraId="40084DD0" w14:textId="77777777" w:rsidTr="00253E8D">
        <w:trPr>
          <w:jc w:val="center"/>
        </w:trPr>
        <w:tc>
          <w:tcPr>
            <w:tcW w:w="5400" w:type="dxa"/>
          </w:tcPr>
          <w:p w14:paraId="797A1EDD" w14:textId="77777777" w:rsidR="00377271" w:rsidRDefault="00000000">
            <w:r>
              <w:t>2</w:t>
            </w:r>
          </w:p>
        </w:tc>
        <w:tc>
          <w:tcPr>
            <w:tcW w:w="5400" w:type="dxa"/>
          </w:tcPr>
          <w:p w14:paraId="5CFF0FA6" w14:textId="77777777" w:rsidR="00377271" w:rsidRDefault="00000000">
            <w:r>
              <w:t>230 €</w:t>
            </w:r>
          </w:p>
        </w:tc>
      </w:tr>
      <w:tr w:rsidR="00377271" w14:paraId="09129DBC" w14:textId="77777777" w:rsidTr="00253E8D">
        <w:trPr>
          <w:jc w:val="center"/>
        </w:trPr>
        <w:tc>
          <w:tcPr>
            <w:tcW w:w="5400" w:type="dxa"/>
          </w:tcPr>
          <w:p w14:paraId="199DFDBB" w14:textId="77777777" w:rsidR="00377271" w:rsidRDefault="00000000">
            <w:r>
              <w:t>3</w:t>
            </w:r>
          </w:p>
        </w:tc>
        <w:tc>
          <w:tcPr>
            <w:tcW w:w="5400" w:type="dxa"/>
          </w:tcPr>
          <w:p w14:paraId="5D1BA841" w14:textId="77777777" w:rsidR="00377271" w:rsidRDefault="00000000">
            <w:r>
              <w:t>200 €</w:t>
            </w:r>
          </w:p>
        </w:tc>
      </w:tr>
      <w:tr w:rsidR="00377271" w14:paraId="20DDC434" w14:textId="77777777" w:rsidTr="00253E8D">
        <w:trPr>
          <w:jc w:val="center"/>
        </w:trPr>
        <w:tc>
          <w:tcPr>
            <w:tcW w:w="5400" w:type="dxa"/>
          </w:tcPr>
          <w:p w14:paraId="2A39D9CA" w14:textId="77777777" w:rsidR="00377271" w:rsidRDefault="00000000">
            <w:r>
              <w:t>4</w:t>
            </w:r>
          </w:p>
        </w:tc>
        <w:tc>
          <w:tcPr>
            <w:tcW w:w="5400" w:type="dxa"/>
          </w:tcPr>
          <w:p w14:paraId="0864DF78" w14:textId="77777777" w:rsidR="00377271" w:rsidRDefault="00000000">
            <w:r>
              <w:t>170 €</w:t>
            </w:r>
          </w:p>
        </w:tc>
      </w:tr>
    </w:tbl>
    <w:p w14:paraId="76BCCEE9" w14:textId="77777777" w:rsidR="00377271" w:rsidRDefault="00000000">
      <w:r>
        <w:t>En cas de cumul de réductions, sélectionnez le code CHEQUE puis finalisez le paiement lors du Forum ou des premiers cours.</w:t>
      </w:r>
    </w:p>
    <w:p w14:paraId="445AC08C" w14:textId="77777777" w:rsidR="00377271" w:rsidRDefault="00000000">
      <w:pPr>
        <w:pStyle w:val="Titre1"/>
      </w:pPr>
      <w:r>
        <w:rPr>
          <w:color w:val="C8102E"/>
        </w:rPr>
        <w:t>3. Justificatifs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377271" w14:paraId="6746648F" w14:textId="77777777">
        <w:tc>
          <w:tcPr>
            <w:tcW w:w="10800" w:type="dxa"/>
            <w:shd w:val="clear" w:color="auto" w:fill="FDE9E7"/>
          </w:tcPr>
          <w:p w14:paraId="68999718" w14:textId="77777777" w:rsidR="00377271" w:rsidRDefault="00000000">
            <w:r>
              <w:rPr>
                <w:b/>
                <w:color w:val="C8102E"/>
              </w:rPr>
              <w:t>IMPORTANT</w:t>
            </w:r>
            <w:r>
              <w:rPr>
                <w:b/>
                <w:color w:val="C8102E"/>
              </w:rPr>
              <w:br/>
            </w:r>
            <w:r>
              <w:t xml:space="preserve">Envoyez vos justificatifs à : </w:t>
            </w:r>
            <w:r>
              <w:rPr>
                <w:b/>
              </w:rPr>
              <w:t>comptabilite@usyjudo.fr</w:t>
            </w:r>
          </w:p>
        </w:tc>
      </w:tr>
    </w:tbl>
    <w:p w14:paraId="128CB0EC" w14:textId="77777777" w:rsidR="00377271" w:rsidRDefault="00000000">
      <w:pPr>
        <w:pStyle w:val="Titre1"/>
      </w:pPr>
      <w:r>
        <w:rPr>
          <w:color w:val="C8102E"/>
        </w:rPr>
        <w:t>4. Certificat médical</w:t>
      </w:r>
    </w:p>
    <w:p w14:paraId="3A6C0196" w14:textId="77777777" w:rsidR="00377271" w:rsidRDefault="00000000">
      <w:r>
        <w:t>Pour les compétiteurs, un certificat médical est recommandé. Questionnaire FFJDA :</w:t>
      </w:r>
    </w:p>
    <w:p w14:paraId="5C85A5A4" w14:textId="77777777" w:rsidR="00377271" w:rsidRDefault="00000000">
      <w:r>
        <w:t>https://www.ffjudo.com/actualite/licences-questionnaire-mineurs</w:t>
      </w:r>
    </w:p>
    <w:p w14:paraId="0E306FBB" w14:textId="77777777" w:rsidR="00377271" w:rsidRDefault="00000000">
      <w:pPr>
        <w:pStyle w:val="Titre1"/>
      </w:pPr>
      <w:r>
        <w:rPr>
          <w:color w:val="C8102E"/>
        </w:rPr>
        <w:t>5. Horaires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377271" w14:paraId="31D0C74B" w14:textId="77777777" w:rsidTr="00253E8D">
        <w:trPr>
          <w:jc w:val="center"/>
        </w:trPr>
        <w:tc>
          <w:tcPr>
            <w:tcW w:w="3600" w:type="dxa"/>
            <w:shd w:val="clear" w:color="auto" w:fill="C8102E"/>
          </w:tcPr>
          <w:p w14:paraId="733B02AA" w14:textId="77777777" w:rsidR="00377271" w:rsidRDefault="00000000">
            <w:r>
              <w:rPr>
                <w:color w:val="FFFFFF"/>
              </w:rPr>
              <w:t>Âge</w:t>
            </w:r>
          </w:p>
        </w:tc>
        <w:tc>
          <w:tcPr>
            <w:tcW w:w="3600" w:type="dxa"/>
            <w:shd w:val="clear" w:color="auto" w:fill="C8102E"/>
          </w:tcPr>
          <w:p w14:paraId="39E23AA1" w14:textId="77777777" w:rsidR="00377271" w:rsidRDefault="00000000">
            <w:r>
              <w:rPr>
                <w:color w:val="FFFFFF"/>
              </w:rPr>
              <w:t>Groupe</w:t>
            </w:r>
          </w:p>
        </w:tc>
        <w:tc>
          <w:tcPr>
            <w:tcW w:w="3600" w:type="dxa"/>
            <w:shd w:val="clear" w:color="auto" w:fill="C8102E"/>
          </w:tcPr>
          <w:p w14:paraId="36F00A88" w14:textId="77777777" w:rsidR="00377271" w:rsidRDefault="00000000">
            <w:r>
              <w:rPr>
                <w:color w:val="FFFFFF"/>
              </w:rPr>
              <w:t>Horaires</w:t>
            </w:r>
          </w:p>
        </w:tc>
      </w:tr>
      <w:tr w:rsidR="00377271" w14:paraId="6E26C903" w14:textId="77777777" w:rsidTr="00253E8D">
        <w:trPr>
          <w:jc w:val="center"/>
        </w:trPr>
        <w:tc>
          <w:tcPr>
            <w:tcW w:w="3600" w:type="dxa"/>
          </w:tcPr>
          <w:p w14:paraId="317A5174" w14:textId="77777777" w:rsidR="00377271" w:rsidRDefault="00000000">
            <w:r>
              <w:t>4 ans</w:t>
            </w:r>
          </w:p>
        </w:tc>
        <w:tc>
          <w:tcPr>
            <w:tcW w:w="3600" w:type="dxa"/>
          </w:tcPr>
          <w:p w14:paraId="3C939460" w14:textId="77777777" w:rsidR="00377271" w:rsidRDefault="00000000">
            <w:r>
              <w:t>Baby</w:t>
            </w:r>
          </w:p>
        </w:tc>
        <w:tc>
          <w:tcPr>
            <w:tcW w:w="3600" w:type="dxa"/>
          </w:tcPr>
          <w:p w14:paraId="04AFFA6D" w14:textId="77777777" w:rsidR="00377271" w:rsidRDefault="00000000">
            <w:r>
              <w:t>Lun 17h45-18h45</w:t>
            </w:r>
          </w:p>
        </w:tc>
      </w:tr>
      <w:tr w:rsidR="00377271" w14:paraId="14ED782D" w14:textId="77777777" w:rsidTr="00253E8D">
        <w:trPr>
          <w:jc w:val="center"/>
        </w:trPr>
        <w:tc>
          <w:tcPr>
            <w:tcW w:w="3600" w:type="dxa"/>
          </w:tcPr>
          <w:p w14:paraId="60FA78BD" w14:textId="77777777" w:rsidR="00377271" w:rsidRDefault="00000000">
            <w:r>
              <w:t>5-6 ans</w:t>
            </w:r>
          </w:p>
        </w:tc>
        <w:tc>
          <w:tcPr>
            <w:tcW w:w="3600" w:type="dxa"/>
          </w:tcPr>
          <w:p w14:paraId="03F6E639" w14:textId="77777777" w:rsidR="00377271" w:rsidRDefault="00000000">
            <w:r>
              <w:t>1</w:t>
            </w:r>
          </w:p>
        </w:tc>
        <w:tc>
          <w:tcPr>
            <w:tcW w:w="3600" w:type="dxa"/>
          </w:tcPr>
          <w:p w14:paraId="31EAB9FA" w14:textId="77777777" w:rsidR="00377271" w:rsidRDefault="00000000">
            <w:r>
              <w:t>Mer 17h-18h / Ven 17h45-18h45</w:t>
            </w:r>
          </w:p>
        </w:tc>
      </w:tr>
      <w:tr w:rsidR="00377271" w14:paraId="7F90DE1E" w14:textId="77777777" w:rsidTr="00253E8D">
        <w:trPr>
          <w:jc w:val="center"/>
        </w:trPr>
        <w:tc>
          <w:tcPr>
            <w:tcW w:w="3600" w:type="dxa"/>
          </w:tcPr>
          <w:p w14:paraId="75280D58" w14:textId="77777777" w:rsidR="00377271" w:rsidRDefault="00000000">
            <w:r>
              <w:t>7-9 ans</w:t>
            </w:r>
          </w:p>
        </w:tc>
        <w:tc>
          <w:tcPr>
            <w:tcW w:w="3600" w:type="dxa"/>
          </w:tcPr>
          <w:p w14:paraId="1C94CF40" w14:textId="77777777" w:rsidR="00377271" w:rsidRDefault="00000000">
            <w:r>
              <w:t>2</w:t>
            </w:r>
          </w:p>
        </w:tc>
        <w:tc>
          <w:tcPr>
            <w:tcW w:w="3600" w:type="dxa"/>
          </w:tcPr>
          <w:p w14:paraId="13DF7B7B" w14:textId="77777777" w:rsidR="00377271" w:rsidRDefault="00000000">
            <w:r>
              <w:t>Lun 18h45-19h45 / Mer 18h-19h</w:t>
            </w:r>
          </w:p>
        </w:tc>
      </w:tr>
      <w:tr w:rsidR="00377271" w14:paraId="045164C6" w14:textId="77777777" w:rsidTr="00253E8D">
        <w:trPr>
          <w:jc w:val="center"/>
        </w:trPr>
        <w:tc>
          <w:tcPr>
            <w:tcW w:w="3600" w:type="dxa"/>
          </w:tcPr>
          <w:p w14:paraId="73A62D31" w14:textId="77777777" w:rsidR="00377271" w:rsidRDefault="00000000">
            <w:r>
              <w:t>10-13 ans</w:t>
            </w:r>
          </w:p>
        </w:tc>
        <w:tc>
          <w:tcPr>
            <w:tcW w:w="3600" w:type="dxa"/>
          </w:tcPr>
          <w:p w14:paraId="49209A3A" w14:textId="77777777" w:rsidR="00377271" w:rsidRDefault="00000000">
            <w:r>
              <w:t>3</w:t>
            </w:r>
          </w:p>
        </w:tc>
        <w:tc>
          <w:tcPr>
            <w:tcW w:w="3600" w:type="dxa"/>
          </w:tcPr>
          <w:p w14:paraId="02C96C6E" w14:textId="77777777" w:rsidR="00377271" w:rsidRDefault="00000000">
            <w:r>
              <w:t>Mer 19h-20h / Ven 18h45-19h45</w:t>
            </w:r>
          </w:p>
        </w:tc>
      </w:tr>
      <w:tr w:rsidR="00377271" w14:paraId="71C3508A" w14:textId="77777777" w:rsidTr="00253E8D">
        <w:trPr>
          <w:jc w:val="center"/>
        </w:trPr>
        <w:tc>
          <w:tcPr>
            <w:tcW w:w="3600" w:type="dxa"/>
          </w:tcPr>
          <w:p w14:paraId="4193A4DF" w14:textId="77777777" w:rsidR="00377271" w:rsidRDefault="00000000">
            <w:r>
              <w:t>Ados/Adultes</w:t>
            </w:r>
          </w:p>
        </w:tc>
        <w:tc>
          <w:tcPr>
            <w:tcW w:w="3600" w:type="dxa"/>
          </w:tcPr>
          <w:p w14:paraId="5828DE89" w14:textId="77777777" w:rsidR="00377271" w:rsidRDefault="00000000">
            <w:r>
              <w:t>4</w:t>
            </w:r>
          </w:p>
        </w:tc>
        <w:tc>
          <w:tcPr>
            <w:tcW w:w="3600" w:type="dxa"/>
          </w:tcPr>
          <w:p w14:paraId="32EE0F07" w14:textId="77777777" w:rsidR="00377271" w:rsidRDefault="00000000">
            <w:r>
              <w:t>Mer 20h-21h15 / Ven 19h45-21h</w:t>
            </w:r>
          </w:p>
        </w:tc>
      </w:tr>
      <w:tr w:rsidR="00377271" w14:paraId="18E6500A" w14:textId="77777777" w:rsidTr="00253E8D">
        <w:trPr>
          <w:jc w:val="center"/>
        </w:trPr>
        <w:tc>
          <w:tcPr>
            <w:tcW w:w="3600" w:type="dxa"/>
          </w:tcPr>
          <w:p w14:paraId="6CF5A588" w14:textId="77777777" w:rsidR="00377271" w:rsidRDefault="00000000">
            <w:r>
              <w:t>+10 ans</w:t>
            </w:r>
          </w:p>
        </w:tc>
        <w:tc>
          <w:tcPr>
            <w:tcW w:w="3600" w:type="dxa"/>
          </w:tcPr>
          <w:p w14:paraId="26DC45B9" w14:textId="77777777" w:rsidR="00377271" w:rsidRDefault="00000000">
            <w:r>
              <w:t>Compétition</w:t>
            </w:r>
          </w:p>
        </w:tc>
        <w:tc>
          <w:tcPr>
            <w:tcW w:w="3600" w:type="dxa"/>
          </w:tcPr>
          <w:p w14:paraId="6B6B92A9" w14:textId="77777777" w:rsidR="00377271" w:rsidRDefault="00000000">
            <w:r>
              <w:t>Lun 19h45-20h45</w:t>
            </w:r>
          </w:p>
        </w:tc>
      </w:tr>
      <w:tr w:rsidR="00377271" w14:paraId="528FA239" w14:textId="77777777" w:rsidTr="00253E8D">
        <w:trPr>
          <w:jc w:val="center"/>
        </w:trPr>
        <w:tc>
          <w:tcPr>
            <w:tcW w:w="3600" w:type="dxa"/>
          </w:tcPr>
          <w:p w14:paraId="56993FD0" w14:textId="77777777" w:rsidR="00377271" w:rsidRDefault="00000000">
            <w:r>
              <w:t>Ados/Adultes</w:t>
            </w:r>
          </w:p>
        </w:tc>
        <w:tc>
          <w:tcPr>
            <w:tcW w:w="3600" w:type="dxa"/>
          </w:tcPr>
          <w:p w14:paraId="5031E089" w14:textId="77777777" w:rsidR="00377271" w:rsidRDefault="00000000">
            <w:r>
              <w:t>Cardio</w:t>
            </w:r>
          </w:p>
        </w:tc>
        <w:tc>
          <w:tcPr>
            <w:tcW w:w="3600" w:type="dxa"/>
          </w:tcPr>
          <w:p w14:paraId="247FB6AC" w14:textId="77777777" w:rsidR="00377271" w:rsidRDefault="00000000">
            <w:r>
              <w:t>Lun 19h45-20h45</w:t>
            </w:r>
          </w:p>
        </w:tc>
      </w:tr>
    </w:tbl>
    <w:p w14:paraId="6B4F5852" w14:textId="77777777" w:rsidR="00377271" w:rsidRDefault="00000000">
      <w:pPr>
        <w:pStyle w:val="Titre1"/>
      </w:pPr>
      <w:r>
        <w:rPr>
          <w:color w:val="C8102E"/>
        </w:rPr>
        <w:t>6. Tarifs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377271" w14:paraId="638C59D3" w14:textId="77777777" w:rsidTr="00253E8D">
        <w:trPr>
          <w:jc w:val="center"/>
        </w:trPr>
        <w:tc>
          <w:tcPr>
            <w:tcW w:w="5400" w:type="dxa"/>
            <w:shd w:val="clear" w:color="auto" w:fill="C8102E"/>
          </w:tcPr>
          <w:p w14:paraId="5DFC260B" w14:textId="77777777" w:rsidR="00377271" w:rsidRDefault="00000000">
            <w:r>
              <w:rPr>
                <w:color w:val="FFFFFF"/>
              </w:rPr>
              <w:t>Activité</w:t>
            </w:r>
          </w:p>
        </w:tc>
        <w:tc>
          <w:tcPr>
            <w:tcW w:w="5400" w:type="dxa"/>
            <w:shd w:val="clear" w:color="auto" w:fill="C8102E"/>
          </w:tcPr>
          <w:p w14:paraId="2D4C4F56" w14:textId="77777777" w:rsidR="00377271" w:rsidRDefault="00000000">
            <w:r>
              <w:rPr>
                <w:color w:val="FFFFFF"/>
              </w:rPr>
              <w:t>Tarif</w:t>
            </w:r>
          </w:p>
        </w:tc>
      </w:tr>
      <w:tr w:rsidR="00377271" w14:paraId="0941C7CB" w14:textId="77777777" w:rsidTr="00253E8D">
        <w:trPr>
          <w:jc w:val="center"/>
        </w:trPr>
        <w:tc>
          <w:tcPr>
            <w:tcW w:w="5400" w:type="dxa"/>
          </w:tcPr>
          <w:p w14:paraId="1A5EEDB7" w14:textId="77777777" w:rsidR="00377271" w:rsidRDefault="00000000">
            <w:r>
              <w:t>Judo</w:t>
            </w:r>
          </w:p>
        </w:tc>
        <w:tc>
          <w:tcPr>
            <w:tcW w:w="5400" w:type="dxa"/>
          </w:tcPr>
          <w:p w14:paraId="46D234D6" w14:textId="77777777" w:rsidR="00377271" w:rsidRDefault="00000000">
            <w:r>
              <w:t>250 €</w:t>
            </w:r>
          </w:p>
        </w:tc>
      </w:tr>
      <w:tr w:rsidR="00377271" w14:paraId="2B711C6D" w14:textId="77777777" w:rsidTr="00253E8D">
        <w:trPr>
          <w:jc w:val="center"/>
        </w:trPr>
        <w:tc>
          <w:tcPr>
            <w:tcW w:w="5400" w:type="dxa"/>
          </w:tcPr>
          <w:p w14:paraId="3B9A6640" w14:textId="77777777" w:rsidR="00377271" w:rsidRDefault="00000000">
            <w:r>
              <w:t>Baby Judo</w:t>
            </w:r>
          </w:p>
        </w:tc>
        <w:tc>
          <w:tcPr>
            <w:tcW w:w="5400" w:type="dxa"/>
          </w:tcPr>
          <w:p w14:paraId="2D51853C" w14:textId="77777777" w:rsidR="00377271" w:rsidRDefault="00000000">
            <w:r>
              <w:t>200 €</w:t>
            </w:r>
          </w:p>
        </w:tc>
      </w:tr>
      <w:tr w:rsidR="00377271" w14:paraId="1FE44DBC" w14:textId="77777777" w:rsidTr="00253E8D">
        <w:trPr>
          <w:jc w:val="center"/>
        </w:trPr>
        <w:tc>
          <w:tcPr>
            <w:tcW w:w="5400" w:type="dxa"/>
          </w:tcPr>
          <w:p w14:paraId="2D5C3BF8" w14:textId="77777777" w:rsidR="00377271" w:rsidRDefault="00000000">
            <w:r>
              <w:t>Cardio / Kata / Ne-Waza</w:t>
            </w:r>
          </w:p>
        </w:tc>
        <w:tc>
          <w:tcPr>
            <w:tcW w:w="5400" w:type="dxa"/>
          </w:tcPr>
          <w:p w14:paraId="46755FAD" w14:textId="77777777" w:rsidR="00377271" w:rsidRDefault="00000000">
            <w:r>
              <w:t>200 €</w:t>
            </w:r>
          </w:p>
        </w:tc>
      </w:tr>
    </w:tbl>
    <w:p w14:paraId="1486EFA1" w14:textId="77777777" w:rsidR="00377271" w:rsidRDefault="00000000">
      <w:r>
        <w:t>Votre cotisation comprend :</w:t>
      </w:r>
    </w:p>
    <w:p w14:paraId="17A3AE29" w14:textId="77777777" w:rsidR="00377271" w:rsidRDefault="00000000">
      <w:pPr>
        <w:pStyle w:val="Listepuces"/>
      </w:pPr>
      <w:r>
        <w:t>Licence FFJDA (assurance incluse)</w:t>
      </w:r>
    </w:p>
    <w:p w14:paraId="7D5D16FC" w14:textId="77777777" w:rsidR="00377271" w:rsidRDefault="00000000">
      <w:pPr>
        <w:pStyle w:val="Listepuces"/>
      </w:pPr>
      <w:r>
        <w:t>Accès aux cours</w:t>
      </w:r>
    </w:p>
    <w:p w14:paraId="7747B54F" w14:textId="77777777" w:rsidR="00377271" w:rsidRDefault="00000000">
      <w:pPr>
        <w:pStyle w:val="Listepuces"/>
      </w:pPr>
      <w:r>
        <w:t>Compétitions</w:t>
      </w:r>
    </w:p>
    <w:p w14:paraId="150389F8" w14:textId="77777777" w:rsidR="00377271" w:rsidRDefault="00000000">
      <w:pPr>
        <w:pStyle w:val="Listepuces"/>
      </w:pPr>
      <w:r>
        <w:t>Utilisation du dojo</w:t>
      </w:r>
    </w:p>
    <w:p w14:paraId="43D0A2B8" w14:textId="77777777" w:rsidR="00377271" w:rsidRDefault="00000000">
      <w:pPr>
        <w:pStyle w:val="Listepuces"/>
      </w:pPr>
      <w:r>
        <w:t>Professeur diplômé d'État</w:t>
      </w:r>
    </w:p>
    <w:p w14:paraId="35FF4C74" w14:textId="77777777" w:rsidR="00377271" w:rsidRDefault="00000000">
      <w:pPr>
        <w:pStyle w:val="Titre1"/>
      </w:pPr>
      <w:r>
        <w:rPr>
          <w:color w:val="C8102E"/>
        </w:rPr>
        <w:t>7. Les aides</w:t>
      </w:r>
    </w:p>
    <w:p w14:paraId="1E24CF4A" w14:textId="77777777" w:rsidR="00377271" w:rsidRDefault="00000000">
      <w:r>
        <w:rPr>
          <w:b/>
          <w:color w:val="C8102E"/>
        </w:rPr>
        <w:t xml:space="preserve">PASS+ : </w:t>
      </w:r>
      <w:r>
        <w:t>https://www.yvelines.fr/jeunesse/dispositifs-jeunes/le-pass-yvelines-plus-aide-financiere-des-jeunes/</w:t>
      </w:r>
    </w:p>
    <w:p w14:paraId="053118DC" w14:textId="77777777" w:rsidR="00377271" w:rsidRDefault="00000000">
      <w:r>
        <w:rPr>
          <w:b/>
          <w:color w:val="C8102E"/>
        </w:rPr>
        <w:t xml:space="preserve">Pass'Sport : </w:t>
      </w:r>
      <w:r>
        <w:t>https://pass.sports.gouv.fr/</w:t>
      </w:r>
    </w:p>
    <w:p w14:paraId="479374A2" w14:textId="77777777" w:rsidR="00377271" w:rsidRDefault="00000000">
      <w:r>
        <w:rPr>
          <w:b/>
          <w:color w:val="C8102E"/>
        </w:rPr>
        <w:t xml:space="preserve">LABAZ : </w:t>
      </w:r>
      <w:r>
        <w:t>https://www.iledefrance.fr/toutes-les-actualites/labaz-lappli-bons-plans-de-la-region-pour-les-15-25-ans</w:t>
      </w:r>
    </w:p>
    <w:p w14:paraId="7EEE33FA" w14:textId="77777777" w:rsidR="00377271" w:rsidRDefault="00000000">
      <w:pPr>
        <w:pStyle w:val="Titre1"/>
      </w:pPr>
      <w:r>
        <w:rPr>
          <w:color w:val="C8102E"/>
        </w:rPr>
        <w:t>8. Contacts</w:t>
      </w:r>
    </w:p>
    <w:p w14:paraId="134D08D1" w14:textId="77777777" w:rsidR="00377271" w:rsidRDefault="00000000">
      <w:r>
        <w:t>📧 contact@usyjudo.fr</w:t>
      </w:r>
      <w:r>
        <w:br/>
        <w:t>🌐 www.usyjudo.fr</w:t>
      </w:r>
      <w:r>
        <w:br/>
        <w:t>📷 Instagram : @usyjudo</w:t>
      </w:r>
      <w:r>
        <w:br/>
        <w:t>👍 Facebook : USY Judo Club</w:t>
      </w:r>
    </w:p>
    <w:p w14:paraId="01908FC3" w14:textId="40076448" w:rsidR="00253E8D" w:rsidRPr="00253E8D" w:rsidRDefault="00000000" w:rsidP="00253E8D">
      <w:r>
        <w:br w:type="page"/>
      </w:r>
    </w:p>
    <w:p w14:paraId="3F7116AB" w14:textId="77777777" w:rsidR="00253E8D" w:rsidRPr="00253E8D" w:rsidRDefault="00253E8D" w:rsidP="00253E8D">
      <w:pPr>
        <w:rPr>
          <w:b/>
          <w:bCs/>
          <w:lang w:val="fr-FR"/>
        </w:rPr>
      </w:pPr>
      <w:r w:rsidRPr="00253E8D">
        <w:rPr>
          <w:b/>
          <w:bCs/>
          <w:lang w:val="fr-FR"/>
        </w:rPr>
        <w:t xml:space="preserve">Vous souhaitez désactiver la contribution à </w:t>
      </w:r>
      <w:proofErr w:type="spellStart"/>
      <w:r w:rsidRPr="00253E8D">
        <w:rPr>
          <w:b/>
          <w:bCs/>
          <w:lang w:val="fr-FR"/>
        </w:rPr>
        <w:t>HelloAsso</w:t>
      </w:r>
      <w:proofErr w:type="spellEnd"/>
      <w:r w:rsidRPr="00253E8D">
        <w:rPr>
          <w:b/>
          <w:bCs/>
          <w:lang w:val="fr-FR"/>
        </w:rPr>
        <w:t xml:space="preserve"> (</w:t>
      </w:r>
      <w:r w:rsidRPr="00253E8D">
        <w:rPr>
          <w:b/>
          <w:bCs/>
          <w:i/>
          <w:iCs/>
          <w:lang w:val="fr-FR"/>
        </w:rPr>
        <w:t>Ce site Internet ne vit que de nos dons</w:t>
      </w:r>
      <w:r w:rsidRPr="00253E8D">
        <w:rPr>
          <w:b/>
          <w:bCs/>
          <w:lang w:val="fr-FR"/>
        </w:rPr>
        <w:t>)</w:t>
      </w:r>
    </w:p>
    <w:p w14:paraId="7FF60F43" w14:textId="2923BD30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DF5F30" wp14:editId="0F46C5ED">
                <wp:simplePos x="0" y="0"/>
                <wp:positionH relativeFrom="column">
                  <wp:posOffset>1313180</wp:posOffset>
                </wp:positionH>
                <wp:positionV relativeFrom="paragraph">
                  <wp:posOffset>133985</wp:posOffset>
                </wp:positionV>
                <wp:extent cx="220345" cy="3276600"/>
                <wp:effectExtent l="0" t="0" r="65405" b="57150"/>
                <wp:wrapNone/>
                <wp:docPr id="408426530" name="Connecteur droit avec flèch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" cy="3276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53C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0" o:spid="_x0000_s1026" type="#_x0000_t32" style="position:absolute;margin-left:103.4pt;margin-top:10.55pt;width:17.35pt;height:25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" strokecolor="red">
                <v:stroke endarrow="block"/>
              </v:shape>
            </w:pict>
          </mc:Fallback>
        </mc:AlternateContent>
      </w:r>
      <w:r w:rsidRPr="00253E8D">
        <w:rPr>
          <w:lang w:val="fr-FR"/>
        </w:rPr>
        <w:t>1/ Cliquer sur modifier</w:t>
      </w:r>
    </w:p>
    <w:p w14:paraId="1DB47E12" w14:textId="7FB31F0C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drawing>
          <wp:anchor distT="0" distB="0" distL="114300" distR="114300" simplePos="0" relativeHeight="251659264" behindDoc="1" locked="0" layoutInCell="1" allowOverlap="1" wp14:anchorId="02538C55" wp14:editId="783761E2">
            <wp:simplePos x="0" y="0"/>
            <wp:positionH relativeFrom="column">
              <wp:posOffset>-4445</wp:posOffset>
            </wp:positionH>
            <wp:positionV relativeFrom="paragraph">
              <wp:posOffset>6350</wp:posOffset>
            </wp:positionV>
            <wp:extent cx="5760720" cy="5489575"/>
            <wp:effectExtent l="0" t="0" r="0" b="0"/>
            <wp:wrapNone/>
            <wp:docPr id="371002274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8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E8D">
        <w:rPr>
          <w:lang w:val="fr-FR"/>
        </w:rPr>
        <w:drawing>
          <wp:anchor distT="0" distB="0" distL="114300" distR="114300" simplePos="0" relativeHeight="251661312" behindDoc="0" locked="0" layoutInCell="1" allowOverlap="1" wp14:anchorId="5A3B4ED3" wp14:editId="1FA4F734">
            <wp:simplePos x="0" y="0"/>
            <wp:positionH relativeFrom="column">
              <wp:posOffset>0</wp:posOffset>
            </wp:positionH>
            <wp:positionV relativeFrom="paragraph">
              <wp:posOffset>2739390</wp:posOffset>
            </wp:positionV>
            <wp:extent cx="5695950" cy="662940"/>
            <wp:effectExtent l="0" t="0" r="0" b="3810"/>
            <wp:wrapNone/>
            <wp:docPr id="1101009892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52E6A" w14:textId="77777777" w:rsidR="00253E8D" w:rsidRPr="00253E8D" w:rsidRDefault="00253E8D" w:rsidP="00253E8D">
      <w:pPr>
        <w:rPr>
          <w:lang w:val="fr-FR"/>
        </w:rPr>
      </w:pPr>
    </w:p>
    <w:p w14:paraId="4EE262FC" w14:textId="77777777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br w:type="page"/>
      </w:r>
    </w:p>
    <w:p w14:paraId="5DFC4C84" w14:textId="33D5CBBE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drawing>
          <wp:anchor distT="0" distB="0" distL="114300" distR="114300" simplePos="0" relativeHeight="251663360" behindDoc="0" locked="0" layoutInCell="1" allowOverlap="1" wp14:anchorId="304BEC77" wp14:editId="1E8D75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6841490"/>
            <wp:effectExtent l="0" t="0" r="0" b="0"/>
            <wp:wrapNone/>
            <wp:docPr id="1410228412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4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E8D">
        <w:rPr>
          <w:lang w:val="fr-FR"/>
        </w:rPr>
        <w:t>Le Pop-up suivant apparaît :</w:t>
      </w:r>
    </w:p>
    <w:p w14:paraId="33103E2B" w14:textId="16B179B2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BB6CB7" wp14:editId="4EC92C33">
                <wp:simplePos x="0" y="0"/>
                <wp:positionH relativeFrom="column">
                  <wp:posOffset>1903095</wp:posOffset>
                </wp:positionH>
                <wp:positionV relativeFrom="paragraph">
                  <wp:posOffset>3648710</wp:posOffset>
                </wp:positionV>
                <wp:extent cx="982345" cy="3002915"/>
                <wp:effectExtent l="0" t="38100" r="65405" b="26035"/>
                <wp:wrapNone/>
                <wp:docPr id="852553751" name="Connecteur droit avec flèch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2345" cy="300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4FCD7" id="Connecteur droit avec flèche 46" o:spid="_x0000_s1026" type="#_x0000_t32" style="position:absolute;margin-left:149.85pt;margin-top:287.3pt;width:77.35pt;height:236.4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" strokecolor="red">
                <v:stroke endarrow="block"/>
              </v:shape>
            </w:pict>
          </mc:Fallback>
        </mc:AlternateContent>
      </w:r>
      <w:r w:rsidRPr="00253E8D">
        <w:rPr>
          <w:lang w:val="fr-FR"/>
        </w:rPr>
        <w:drawing>
          <wp:inline distT="0" distB="0" distL="0" distR="0" wp14:anchorId="047E9662" wp14:editId="1F0A3FBC">
            <wp:extent cx="5762625" cy="6486525"/>
            <wp:effectExtent l="0" t="0" r="9525" b="9525"/>
            <wp:docPr id="301444513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DC5C6" w14:textId="77777777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t>2/ Déplacer la contribution à 0€</w:t>
      </w:r>
    </w:p>
    <w:p w14:paraId="240901B7" w14:textId="77777777" w:rsidR="00253E8D" w:rsidRPr="00253E8D" w:rsidRDefault="00253E8D" w:rsidP="00253E8D">
      <w:pPr>
        <w:rPr>
          <w:lang w:val="fr-FR"/>
        </w:rPr>
      </w:pPr>
    </w:p>
    <w:p w14:paraId="08939995" w14:textId="77777777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br w:type="page"/>
      </w:r>
    </w:p>
    <w:p w14:paraId="2177A347" w14:textId="6C231879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46A05E" wp14:editId="3A51B896">
                <wp:simplePos x="0" y="0"/>
                <wp:positionH relativeFrom="column">
                  <wp:posOffset>2903220</wp:posOffset>
                </wp:positionH>
                <wp:positionV relativeFrom="paragraph">
                  <wp:posOffset>6421120</wp:posOffset>
                </wp:positionV>
                <wp:extent cx="249555" cy="1565275"/>
                <wp:effectExtent l="38100" t="38100" r="36195" b="15875"/>
                <wp:wrapNone/>
                <wp:docPr id="1983654791" name="Connecteur droit avec flèch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9555" cy="156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77328" id="Connecteur droit avec flèche 44" o:spid="_x0000_s1026" type="#_x0000_t32" style="position:absolute;margin-left:228.6pt;margin-top:505.6pt;width:19.65pt;height:123.2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" strokecolor="red">
                <v:stroke endarrow="block"/>
              </v:shape>
            </w:pict>
          </mc:Fallback>
        </mc:AlternateContent>
      </w:r>
      <w:r w:rsidRPr="00253E8D">
        <w:rPr>
          <w:lang w:val="fr-FR"/>
        </w:rPr>
        <w:drawing>
          <wp:inline distT="0" distB="0" distL="0" distR="0" wp14:anchorId="075BEE0B" wp14:editId="332CB1D7">
            <wp:extent cx="5781675" cy="7381875"/>
            <wp:effectExtent l="0" t="0" r="9525" b="9525"/>
            <wp:docPr id="1840785922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F8C79" w14:textId="77777777" w:rsidR="00253E8D" w:rsidRPr="00253E8D" w:rsidRDefault="00253E8D" w:rsidP="00253E8D">
      <w:pPr>
        <w:rPr>
          <w:lang w:val="fr-FR"/>
        </w:rPr>
      </w:pPr>
    </w:p>
    <w:p w14:paraId="207CC1D8" w14:textId="77777777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t>3/ Cliquer sur Je ne souhaite pas soutenir aujourd’hui.</w:t>
      </w:r>
    </w:p>
    <w:p w14:paraId="6D2544AC" w14:textId="77777777" w:rsidR="00253E8D" w:rsidRPr="00253E8D" w:rsidRDefault="00253E8D" w:rsidP="00253E8D">
      <w:pPr>
        <w:rPr>
          <w:lang w:val="fr-FR"/>
        </w:rPr>
      </w:pPr>
    </w:p>
    <w:p w14:paraId="49C86615" w14:textId="608292C3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083019B" wp14:editId="528F5A28">
                <wp:simplePos x="0" y="0"/>
                <wp:positionH relativeFrom="column">
                  <wp:posOffset>6077585</wp:posOffset>
                </wp:positionH>
                <wp:positionV relativeFrom="paragraph">
                  <wp:posOffset>2023110</wp:posOffset>
                </wp:positionV>
                <wp:extent cx="421640" cy="294005"/>
                <wp:effectExtent l="0" t="0" r="0" b="0"/>
                <wp:wrapNone/>
                <wp:docPr id="794025707" name="Zone de text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598A9" w14:textId="77777777" w:rsidR="00253E8D" w:rsidRDefault="00253E8D" w:rsidP="00253E8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90€</w:t>
                            </w:r>
                          </w:p>
                          <w:p w14:paraId="70DE7437" w14:textId="77777777" w:rsidR="00253E8D" w:rsidRDefault="00253E8D" w:rsidP="00253E8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3019B" id="_x0000_t202" coordsize="21600,21600" o:spt="202" path="m,l,21600r21600,l21600,xe">
                <v:stroke joinstyle="miter"/>
                <v:path gradientshapeok="t" o:connecttype="rect"/>
              </v:shapetype>
              <v:shape id="Zone de texte 42" o:spid="_x0000_s1026" type="#_x0000_t202" style="position:absolute;margin-left:478.55pt;margin-top:159.3pt;width:33.2pt;height:23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" stroked="f">
                <v:textbox>
                  <w:txbxContent>
                    <w:p w14:paraId="49A598A9" w14:textId="77777777" w:rsidR="00253E8D" w:rsidRDefault="00253E8D" w:rsidP="00253E8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90€</w:t>
                      </w:r>
                    </w:p>
                    <w:p w14:paraId="70DE7437" w14:textId="77777777" w:rsidR="00253E8D" w:rsidRDefault="00253E8D" w:rsidP="00253E8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3E8D">
        <w:rPr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E1476A" wp14:editId="6C4F970C">
                <wp:simplePos x="0" y="0"/>
                <wp:positionH relativeFrom="column">
                  <wp:posOffset>1318260</wp:posOffset>
                </wp:positionH>
                <wp:positionV relativeFrom="paragraph">
                  <wp:posOffset>5403215</wp:posOffset>
                </wp:positionV>
                <wp:extent cx="3976370" cy="2056765"/>
                <wp:effectExtent l="0" t="38100" r="62230" b="19685"/>
                <wp:wrapNone/>
                <wp:docPr id="1676809747" name="Connecteur droit avec flèch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76370" cy="2056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219F" id="Connecteur droit avec flèche 40" o:spid="_x0000_s1026" type="#_x0000_t32" style="position:absolute;margin-left:103.8pt;margin-top:425.45pt;width:313.1pt;height:161.9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" strokecolor="red">
                <v:stroke endarrow="block"/>
              </v:shape>
            </w:pict>
          </mc:Fallback>
        </mc:AlternateContent>
      </w:r>
      <w:r w:rsidRPr="00253E8D">
        <w:rPr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7D7884" wp14:editId="02E1942D">
                <wp:simplePos x="0" y="0"/>
                <wp:positionH relativeFrom="column">
                  <wp:posOffset>304165</wp:posOffset>
                </wp:positionH>
                <wp:positionV relativeFrom="paragraph">
                  <wp:posOffset>4297680</wp:posOffset>
                </wp:positionV>
                <wp:extent cx="1471930" cy="2747645"/>
                <wp:effectExtent l="38100" t="38100" r="33020" b="14605"/>
                <wp:wrapNone/>
                <wp:docPr id="1119645075" name="Connecteur droit avec flèch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71930" cy="2747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17D4A" id="Connecteur droit avec flèche 38" o:spid="_x0000_s1026" type="#_x0000_t32" style="position:absolute;margin-left:23.95pt;margin-top:338.4pt;width:115.9pt;height:216.3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" strokecolor="red">
                <v:stroke endarrow="block"/>
              </v:shape>
            </w:pict>
          </mc:Fallback>
        </mc:AlternateContent>
      </w:r>
      <w:r w:rsidRPr="00253E8D">
        <w:rPr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51813" wp14:editId="33272BB7">
                <wp:simplePos x="0" y="0"/>
                <wp:positionH relativeFrom="column">
                  <wp:posOffset>3434080</wp:posOffset>
                </wp:positionH>
                <wp:positionV relativeFrom="paragraph">
                  <wp:posOffset>2915285</wp:posOffset>
                </wp:positionV>
                <wp:extent cx="1116965" cy="3556000"/>
                <wp:effectExtent l="0" t="38100" r="64135" b="25400"/>
                <wp:wrapNone/>
                <wp:docPr id="1740767545" name="Connecteur droit avec flèch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6965" cy="355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788E7" id="Connecteur droit avec flèche 36" o:spid="_x0000_s1026" type="#_x0000_t32" style="position:absolute;margin-left:270.4pt;margin-top:229.55pt;width:87.95pt;height:280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" strokecolor="red">
                <v:stroke endarrow="block"/>
              </v:shape>
            </w:pict>
          </mc:Fallback>
        </mc:AlternateContent>
      </w:r>
      <w:r w:rsidRPr="00253E8D">
        <w:rPr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96C9E" wp14:editId="043AFB85">
                <wp:simplePos x="0" y="0"/>
                <wp:positionH relativeFrom="column">
                  <wp:posOffset>1605280</wp:posOffset>
                </wp:positionH>
                <wp:positionV relativeFrom="paragraph">
                  <wp:posOffset>2915285</wp:posOffset>
                </wp:positionV>
                <wp:extent cx="4253230" cy="3863975"/>
                <wp:effectExtent l="0" t="38100" r="52070" b="22225"/>
                <wp:wrapNone/>
                <wp:docPr id="301168890" name="Connecteur droit avec flèch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53230" cy="3863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6B5B" id="Connecteur droit avec flèche 34" o:spid="_x0000_s1026" type="#_x0000_t32" style="position:absolute;margin-left:126.4pt;margin-top:229.55pt;width:334.9pt;height:304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" strokecolor="red">
                <v:stroke endarrow="block"/>
              </v:shape>
            </w:pict>
          </mc:Fallback>
        </mc:AlternateContent>
      </w:r>
      <w:r w:rsidRPr="00253E8D">
        <w:rPr>
          <w:lang w:val="fr-FR"/>
        </w:rPr>
        <w:drawing>
          <wp:inline distT="0" distB="0" distL="0" distR="0" wp14:anchorId="6CC7D790" wp14:editId="5117A607">
            <wp:extent cx="6648450" cy="5876925"/>
            <wp:effectExtent l="0" t="0" r="0" b="9525"/>
            <wp:docPr id="295425312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1072D" w14:textId="77777777" w:rsidR="00253E8D" w:rsidRPr="00253E8D" w:rsidRDefault="00253E8D" w:rsidP="00253E8D">
      <w:pPr>
        <w:rPr>
          <w:lang w:val="fr-FR"/>
        </w:rPr>
      </w:pPr>
    </w:p>
    <w:p w14:paraId="4A7D1121" w14:textId="0EF88D4B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C8A976" wp14:editId="642588A8">
                <wp:simplePos x="0" y="0"/>
                <wp:positionH relativeFrom="column">
                  <wp:posOffset>2500630</wp:posOffset>
                </wp:positionH>
                <wp:positionV relativeFrom="paragraph">
                  <wp:posOffset>245745</wp:posOffset>
                </wp:positionV>
                <wp:extent cx="1546860" cy="1520825"/>
                <wp:effectExtent l="38100" t="38100" r="15240" b="22225"/>
                <wp:wrapNone/>
                <wp:docPr id="631771550" name="Connecteur droit avec flèch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546860" cy="15208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F3940" id="Connecteur droit avec flèche 32" o:spid="_x0000_s1026" type="#_x0000_t32" style="position:absolute;margin-left:196.9pt;margin-top:19.35pt;width:121.8pt;height:119.7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" strokecolor="#7030a0" strokeweight="3pt">
                <v:stroke endarrow="block"/>
                <o:lock v:ext="edit" shapetype="f"/>
              </v:shape>
            </w:pict>
          </mc:Fallback>
        </mc:AlternateContent>
      </w:r>
      <w:r w:rsidRPr="00253E8D">
        <w:rPr>
          <w:lang w:val="fr-FR"/>
        </w:rPr>
        <w:t xml:space="preserve">4/ Saisir le </w:t>
      </w:r>
      <w:r w:rsidRPr="00253E8D">
        <w:rPr>
          <w:b/>
          <w:bCs/>
          <w:lang w:val="fr-FR"/>
        </w:rPr>
        <w:t>code de réduction (CHEQUE, RIB, PASSJEUNES…) disponible à la page 1/7.</w:t>
      </w:r>
    </w:p>
    <w:p w14:paraId="3B06F947" w14:textId="77777777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t>5/ Cliquer sur « Ajouter »</w:t>
      </w:r>
    </w:p>
    <w:p w14:paraId="1595EDEA" w14:textId="358963A7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drawing>
          <wp:anchor distT="0" distB="0" distL="114300" distR="114300" simplePos="0" relativeHeight="251669504" behindDoc="0" locked="0" layoutInCell="1" allowOverlap="1" wp14:anchorId="4919F952" wp14:editId="0F39C00D">
            <wp:simplePos x="0" y="0"/>
            <wp:positionH relativeFrom="column">
              <wp:posOffset>3704590</wp:posOffset>
            </wp:positionH>
            <wp:positionV relativeFrom="paragraph">
              <wp:posOffset>52705</wp:posOffset>
            </wp:positionV>
            <wp:extent cx="2227580" cy="2227580"/>
            <wp:effectExtent l="0" t="0" r="1270" b="1270"/>
            <wp:wrapNone/>
            <wp:docPr id="240217618" name="Image 31" descr="884 100+ Panneau Attention Photos et images libres de droit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884 100+ Panneau Attention Photos et images libres de droits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222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E8D">
        <w:rPr>
          <w:lang w:val="fr-FR"/>
        </w:rPr>
        <w:t>6/ Sélectionner « J’accepte »</w:t>
      </w:r>
    </w:p>
    <w:p w14:paraId="33D4EAAC" w14:textId="77777777" w:rsidR="00253E8D" w:rsidRPr="00253E8D" w:rsidRDefault="00253E8D" w:rsidP="00253E8D">
      <w:pPr>
        <w:rPr>
          <w:lang w:val="fr-FR"/>
        </w:rPr>
      </w:pPr>
      <w:r w:rsidRPr="00253E8D">
        <w:rPr>
          <w:lang w:val="fr-FR"/>
        </w:rPr>
        <w:t>7/ Cliquer sur Payer</w:t>
      </w:r>
    </w:p>
    <w:p w14:paraId="0A3B98F6" w14:textId="77777777" w:rsidR="00253E8D" w:rsidRPr="00253E8D" w:rsidRDefault="00253E8D" w:rsidP="00253E8D">
      <w:pPr>
        <w:rPr>
          <w:b/>
          <w:bCs/>
          <w:lang w:val="fr-FR"/>
        </w:rPr>
      </w:pPr>
    </w:p>
    <w:p w14:paraId="2B67CBFE" w14:textId="77777777" w:rsidR="00253E8D" w:rsidRPr="00253E8D" w:rsidRDefault="00253E8D" w:rsidP="00253E8D">
      <w:pPr>
        <w:rPr>
          <w:b/>
          <w:bCs/>
          <w:lang w:val="fr-FR"/>
        </w:rPr>
      </w:pPr>
    </w:p>
    <w:p w14:paraId="480992B5" w14:textId="77777777" w:rsidR="00253E8D" w:rsidRPr="00253E8D" w:rsidRDefault="00253E8D" w:rsidP="00253E8D">
      <w:pPr>
        <w:rPr>
          <w:b/>
          <w:bCs/>
          <w:lang w:val="fr-FR"/>
        </w:rPr>
      </w:pPr>
    </w:p>
    <w:p w14:paraId="324E15E0" w14:textId="77777777" w:rsidR="00253E8D" w:rsidRPr="00253E8D" w:rsidRDefault="00253E8D" w:rsidP="00253E8D">
      <w:pPr>
        <w:rPr>
          <w:b/>
          <w:bCs/>
          <w:lang w:val="fr-FR"/>
        </w:rPr>
      </w:pPr>
    </w:p>
    <w:p w14:paraId="4F22BA26" w14:textId="3D6C8BF2" w:rsidR="00377271" w:rsidRDefault="00377271"/>
    <w:sectPr w:rsidR="00377271" w:rsidSect="00034616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7673251">
    <w:abstractNumId w:val="8"/>
  </w:num>
  <w:num w:numId="2" w16cid:durableId="42679844">
    <w:abstractNumId w:val="6"/>
  </w:num>
  <w:num w:numId="3" w16cid:durableId="2008091940">
    <w:abstractNumId w:val="5"/>
  </w:num>
  <w:num w:numId="4" w16cid:durableId="557476326">
    <w:abstractNumId w:val="4"/>
  </w:num>
  <w:num w:numId="5" w16cid:durableId="61027759">
    <w:abstractNumId w:val="7"/>
  </w:num>
  <w:num w:numId="6" w16cid:durableId="1882284101">
    <w:abstractNumId w:val="3"/>
  </w:num>
  <w:num w:numId="7" w16cid:durableId="266355050">
    <w:abstractNumId w:val="2"/>
  </w:num>
  <w:num w:numId="8" w16cid:durableId="312029362">
    <w:abstractNumId w:val="1"/>
  </w:num>
  <w:num w:numId="9" w16cid:durableId="41682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3E8D"/>
    <w:rsid w:val="0029639D"/>
    <w:rsid w:val="00326F90"/>
    <w:rsid w:val="00377271"/>
    <w:rsid w:val="00AA1D8D"/>
    <w:rsid w:val="00B3606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80B39"/>
  <w14:defaultImageDpi w14:val="300"/>
  <w15:docId w15:val="{77D96F13-E627-4980-9200-3E64346C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2187</Characters>
  <Application>Microsoft Office Word</Application>
  <DocSecurity>0</DocSecurity>
  <Lines>136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Xavier Fradin</cp:lastModifiedBy>
  <cp:revision>2</cp:revision>
  <dcterms:created xsi:type="dcterms:W3CDTF">2013-12-23T23:15:00Z</dcterms:created>
  <dcterms:modified xsi:type="dcterms:W3CDTF">2026-08-08T07:12:00Z</dcterms:modified>
  <cp:category/>
</cp:coreProperties>
</file>